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4"/>
      </w:tblGrid>
      <w:tr w:rsidR="00764A81" w:rsidRPr="00FA791C" w14:paraId="4B511F19" w14:textId="77777777">
        <w:trPr>
          <w:jc w:val="center"/>
        </w:trPr>
        <w:tc>
          <w:tcPr>
            <w:tcW w:w="10080" w:type="dxa"/>
            <w:tcBorders>
              <w:top w:val="single" w:sz="6" w:space="0" w:color="0B5A80"/>
              <w:left w:val="single" w:sz="6" w:space="0" w:color="0B5A80"/>
              <w:bottom w:val="single" w:sz="6" w:space="0" w:color="0B5A80"/>
              <w:right w:val="single" w:sz="6" w:space="0" w:color="0B5A80"/>
            </w:tcBorders>
            <w:shd w:val="clear" w:color="auto" w:fill="EAF5FB"/>
          </w:tcPr>
          <w:p w14:paraId="3AA79D7A" w14:textId="77777777" w:rsidR="00764A81" w:rsidRPr="00FA791C" w:rsidRDefault="00000000">
            <w:pPr>
              <w:spacing w:before="60" w:after="60"/>
              <w:jc w:val="center"/>
              <w:rPr>
                <w:lang w:val="es-CO"/>
              </w:rPr>
            </w:pPr>
            <w:r w:rsidRPr="00FA791C">
              <w:rPr>
                <w:b/>
                <w:color w:val="004C77"/>
                <w:sz w:val="32"/>
                <w:lang w:val="es-CO"/>
              </w:rPr>
              <w:t>AVAL INSTITUCIONAL</w:t>
            </w:r>
            <w:r w:rsidRPr="00FA791C">
              <w:rPr>
                <w:b/>
                <w:color w:val="004C77"/>
                <w:sz w:val="32"/>
                <w:lang w:val="es-CO"/>
              </w:rPr>
              <w:br/>
            </w:r>
            <w:r w:rsidRPr="00FA791C">
              <w:rPr>
                <w:b/>
                <w:sz w:val="24"/>
                <w:lang w:val="es-CO"/>
              </w:rPr>
              <w:t>BÚHO DE DIAMANTE 2026</w:t>
            </w:r>
          </w:p>
        </w:tc>
      </w:tr>
    </w:tbl>
    <w:p w14:paraId="0222D5DB" w14:textId="77777777" w:rsidR="00764A81" w:rsidRPr="00FA791C" w:rsidRDefault="00000000">
      <w:pPr>
        <w:spacing w:after="160"/>
        <w:jc w:val="center"/>
        <w:rPr>
          <w:lang w:val="es-CO"/>
        </w:rPr>
      </w:pPr>
      <w:r w:rsidRPr="00FA791C">
        <w:rPr>
          <w:i/>
          <w:color w:val="5A5A5A"/>
          <w:sz w:val="18"/>
          <w:lang w:val="es-CO"/>
        </w:rPr>
        <w:t>Formato sugerido para avalar la postulación de un proyecto educativo liderado por un asociado de Cooprofesores.</w:t>
      </w:r>
    </w:p>
    <w:p w14:paraId="0D72E8E3" w14:textId="77777777" w:rsidR="00764A81" w:rsidRPr="00FA791C" w:rsidRDefault="00000000">
      <w:pPr>
        <w:spacing w:after="160"/>
        <w:rPr>
          <w:lang w:val="es-CO"/>
        </w:rPr>
      </w:pPr>
      <w:r w:rsidRPr="00FA791C">
        <w:rPr>
          <w:b/>
          <w:color w:val="004C77"/>
          <w:lang w:val="es-CO"/>
        </w:rPr>
        <w:t xml:space="preserve">Ciudad y fecha: </w:t>
      </w:r>
      <w:r w:rsidRPr="00FA791C">
        <w:rPr>
          <w:lang w:val="es-CO"/>
        </w:rPr>
        <w:t>____________________________________________________________________</w:t>
      </w:r>
    </w:p>
    <w:p w14:paraId="0C5CF408" w14:textId="77777777" w:rsidR="00764A81" w:rsidRPr="00FA791C" w:rsidRDefault="00000000">
      <w:pPr>
        <w:spacing w:after="80"/>
        <w:rPr>
          <w:lang w:val="es-CO"/>
        </w:rPr>
      </w:pPr>
      <w:r w:rsidRPr="00FA791C">
        <w:rPr>
          <w:b/>
          <w:color w:val="004C77"/>
          <w:lang w:val="es-CO"/>
        </w:rPr>
        <w:t>Señores</w:t>
      </w:r>
      <w:r w:rsidRPr="00FA791C">
        <w:rPr>
          <w:b/>
          <w:color w:val="004C77"/>
          <w:lang w:val="es-CO"/>
        </w:rPr>
        <w:br/>
        <w:t>COOPROFESORES</w:t>
      </w:r>
      <w:r w:rsidRPr="00FA791C">
        <w:rPr>
          <w:b/>
          <w:color w:val="004C77"/>
          <w:lang w:val="es-CO"/>
        </w:rPr>
        <w:br/>
      </w:r>
      <w:r w:rsidRPr="00FA791C">
        <w:rPr>
          <w:lang w:val="es-CO"/>
        </w:rPr>
        <w:t>Búho de Diamante 2026</w:t>
      </w:r>
    </w:p>
    <w:p w14:paraId="650A9DC9" w14:textId="77777777" w:rsidR="00764A81" w:rsidRPr="00FA791C" w:rsidRDefault="00000000">
      <w:pPr>
        <w:spacing w:after="140"/>
        <w:rPr>
          <w:lang w:val="es-CO"/>
        </w:rPr>
      </w:pPr>
      <w:r w:rsidRPr="00FA791C">
        <w:rPr>
          <w:b/>
          <w:color w:val="004C77"/>
          <w:lang w:val="es-CO"/>
        </w:rPr>
        <w:t xml:space="preserve">Asunto: </w:t>
      </w:r>
      <w:r w:rsidRPr="00FA791C">
        <w:rPr>
          <w:lang w:val="es-CO"/>
        </w:rPr>
        <w:t>Aval institucional para postulación de proyecto educativo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72"/>
        <w:gridCol w:w="6552"/>
      </w:tblGrid>
      <w:tr w:rsidR="00764A81" w14:paraId="0879A409" w14:textId="77777777">
        <w:trPr>
          <w:jc w:val="center"/>
        </w:trPr>
        <w:tc>
          <w:tcPr>
            <w:tcW w:w="367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shd w:val="clear" w:color="auto" w:fill="F3F8FC"/>
            <w:vAlign w:val="center"/>
          </w:tcPr>
          <w:p w14:paraId="635421C7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19"/>
              </w:rPr>
              <w:t xml:space="preserve">Nombre de </w:t>
            </w:r>
            <w:proofErr w:type="spellStart"/>
            <w:r>
              <w:rPr>
                <w:b/>
                <w:color w:val="004C77"/>
                <w:sz w:val="19"/>
              </w:rPr>
              <w:t>quien</w:t>
            </w:r>
            <w:proofErr w:type="spellEnd"/>
            <w:r>
              <w:rPr>
                <w:b/>
                <w:color w:val="004C77"/>
                <w:sz w:val="19"/>
              </w:rPr>
              <w:t xml:space="preserve"> </w:t>
            </w:r>
            <w:proofErr w:type="spellStart"/>
            <w:r>
              <w:rPr>
                <w:b/>
                <w:color w:val="004C77"/>
                <w:sz w:val="19"/>
              </w:rPr>
              <w:t>avala</w:t>
            </w:r>
            <w:proofErr w:type="spellEnd"/>
            <w:r>
              <w:rPr>
                <w:b/>
                <w:color w:val="004C77"/>
                <w:sz w:val="19"/>
              </w:rPr>
              <w:t>:</w:t>
            </w:r>
          </w:p>
        </w:tc>
        <w:tc>
          <w:tcPr>
            <w:tcW w:w="655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vAlign w:val="center"/>
          </w:tcPr>
          <w:p w14:paraId="2DA0AF81" w14:textId="77777777" w:rsidR="00764A81" w:rsidRDefault="00000000">
            <w:pPr>
              <w:spacing w:before="40" w:after="40"/>
            </w:pPr>
            <w:r>
              <w:rPr>
                <w:sz w:val="19"/>
              </w:rPr>
              <w:t>____________________________________________________</w:t>
            </w:r>
          </w:p>
        </w:tc>
      </w:tr>
      <w:tr w:rsidR="00764A81" w14:paraId="1D3293D3" w14:textId="77777777">
        <w:trPr>
          <w:jc w:val="center"/>
        </w:trPr>
        <w:tc>
          <w:tcPr>
            <w:tcW w:w="367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shd w:val="clear" w:color="auto" w:fill="F3F8FC"/>
            <w:vAlign w:val="center"/>
          </w:tcPr>
          <w:p w14:paraId="3D969B47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19"/>
              </w:rPr>
              <w:t>Cargo:</w:t>
            </w:r>
          </w:p>
        </w:tc>
        <w:tc>
          <w:tcPr>
            <w:tcW w:w="655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vAlign w:val="center"/>
          </w:tcPr>
          <w:p w14:paraId="55CFBA80" w14:textId="77777777" w:rsidR="00764A81" w:rsidRDefault="00000000">
            <w:pPr>
              <w:spacing w:before="40" w:after="40"/>
            </w:pPr>
            <w:r>
              <w:rPr>
                <w:sz w:val="19"/>
              </w:rPr>
              <w:t>____________________________________________________</w:t>
            </w:r>
          </w:p>
        </w:tc>
      </w:tr>
      <w:tr w:rsidR="00764A81" w14:paraId="1B83F5A9" w14:textId="77777777">
        <w:trPr>
          <w:jc w:val="center"/>
        </w:trPr>
        <w:tc>
          <w:tcPr>
            <w:tcW w:w="367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shd w:val="clear" w:color="auto" w:fill="F3F8FC"/>
            <w:vAlign w:val="center"/>
          </w:tcPr>
          <w:p w14:paraId="385DB888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19"/>
              </w:rPr>
              <w:t>Institución / sede / dependencia:</w:t>
            </w:r>
          </w:p>
        </w:tc>
        <w:tc>
          <w:tcPr>
            <w:tcW w:w="655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vAlign w:val="center"/>
          </w:tcPr>
          <w:p w14:paraId="7E7CF9B1" w14:textId="77777777" w:rsidR="00764A81" w:rsidRDefault="00000000">
            <w:pPr>
              <w:spacing w:before="40" w:after="40"/>
            </w:pPr>
            <w:r>
              <w:rPr>
                <w:sz w:val="19"/>
              </w:rPr>
              <w:t>____________________________________________________</w:t>
            </w:r>
          </w:p>
        </w:tc>
      </w:tr>
      <w:tr w:rsidR="00764A81" w14:paraId="4096E732" w14:textId="77777777">
        <w:trPr>
          <w:jc w:val="center"/>
        </w:trPr>
        <w:tc>
          <w:tcPr>
            <w:tcW w:w="367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shd w:val="clear" w:color="auto" w:fill="F3F8FC"/>
            <w:vAlign w:val="center"/>
          </w:tcPr>
          <w:p w14:paraId="30741FB3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19"/>
              </w:rPr>
              <w:t>Nombre del proyecto:</w:t>
            </w:r>
          </w:p>
        </w:tc>
        <w:tc>
          <w:tcPr>
            <w:tcW w:w="655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vAlign w:val="center"/>
          </w:tcPr>
          <w:p w14:paraId="71F0DE8E" w14:textId="77777777" w:rsidR="00764A81" w:rsidRDefault="00000000">
            <w:pPr>
              <w:spacing w:before="40" w:after="40"/>
            </w:pPr>
            <w:r>
              <w:rPr>
                <w:sz w:val="19"/>
              </w:rPr>
              <w:t>____________________________________________________</w:t>
            </w:r>
          </w:p>
        </w:tc>
      </w:tr>
      <w:tr w:rsidR="00764A81" w14:paraId="446E88BE" w14:textId="77777777">
        <w:trPr>
          <w:jc w:val="center"/>
        </w:trPr>
        <w:tc>
          <w:tcPr>
            <w:tcW w:w="367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shd w:val="clear" w:color="auto" w:fill="F3F8FC"/>
            <w:vAlign w:val="center"/>
          </w:tcPr>
          <w:p w14:paraId="78303B82" w14:textId="77777777" w:rsidR="00764A81" w:rsidRPr="00FA791C" w:rsidRDefault="00000000">
            <w:pPr>
              <w:spacing w:before="40" w:after="40"/>
              <w:rPr>
                <w:lang w:val="es-CO"/>
              </w:rPr>
            </w:pPr>
            <w:r w:rsidRPr="00FA791C">
              <w:rPr>
                <w:b/>
                <w:color w:val="004C77"/>
                <w:sz w:val="19"/>
                <w:lang w:val="es-CO"/>
              </w:rPr>
              <w:t>Asociado(a) de Cooprofesores que postula:</w:t>
            </w:r>
          </w:p>
        </w:tc>
        <w:tc>
          <w:tcPr>
            <w:tcW w:w="6552" w:type="dxa"/>
            <w:tcBorders>
              <w:top w:val="single" w:sz="6" w:space="0" w:color="D9E6EF"/>
              <w:left w:val="single" w:sz="6" w:space="0" w:color="D9E6EF"/>
              <w:bottom w:val="single" w:sz="6" w:space="0" w:color="D9E6EF"/>
              <w:right w:val="single" w:sz="6" w:space="0" w:color="D9E6EF"/>
            </w:tcBorders>
            <w:vAlign w:val="center"/>
          </w:tcPr>
          <w:p w14:paraId="6D67DBF7" w14:textId="77777777" w:rsidR="00764A81" w:rsidRDefault="00000000">
            <w:pPr>
              <w:spacing w:before="40" w:after="40"/>
            </w:pPr>
            <w:r>
              <w:rPr>
                <w:sz w:val="19"/>
              </w:rPr>
              <w:t>____________________________________________________</w:t>
            </w:r>
          </w:p>
        </w:tc>
      </w:tr>
    </w:tbl>
    <w:p w14:paraId="46B22AC4" w14:textId="77777777" w:rsidR="00FA791C" w:rsidRDefault="00FA791C">
      <w:pPr>
        <w:spacing w:after="140"/>
        <w:jc w:val="both"/>
        <w:rPr>
          <w:sz w:val="20"/>
        </w:rPr>
      </w:pPr>
    </w:p>
    <w:p w14:paraId="5F80BE28" w14:textId="40C0FCE1" w:rsidR="00764A81" w:rsidRPr="00FA791C" w:rsidRDefault="00000000">
      <w:pPr>
        <w:spacing w:after="140"/>
        <w:jc w:val="both"/>
        <w:rPr>
          <w:lang w:val="es-CO"/>
        </w:rPr>
      </w:pPr>
      <w:r w:rsidRPr="00FA791C">
        <w:rPr>
          <w:sz w:val="20"/>
          <w:lang w:val="es-CO"/>
        </w:rPr>
        <w:t>Yo, en la calidad indicada anteriormente, declaro que conozco y avalo la postulación del proyecto mencionado, presentado por el/la asociado(a) de Cooprofesores identificado(a) en este documento.</w:t>
      </w:r>
    </w:p>
    <w:p w14:paraId="690BFC44" w14:textId="77777777" w:rsidR="00764A81" w:rsidRPr="00FA791C" w:rsidRDefault="00000000">
      <w:pPr>
        <w:spacing w:after="140"/>
        <w:jc w:val="both"/>
        <w:rPr>
          <w:lang w:val="es-CO"/>
        </w:rPr>
      </w:pPr>
      <w:r w:rsidRPr="00FA791C">
        <w:rPr>
          <w:sz w:val="20"/>
          <w:lang w:val="es-CO"/>
        </w:rPr>
        <w:t>De acuerdo con la información conocida por esta institución, sede, facultad, programa, área o dependencia, el proyecto se desarrolla, se ha desarrollado o tiene impacto en nuestra comunidad educativa, y cuenta con antecedentes, actividades, resultados, avances o evidencias que podrán ser verificados por Cooprofesores si así lo considera necesario.</w:t>
      </w:r>
    </w:p>
    <w:p w14:paraId="0BD9A096" w14:textId="6DDE6FD6" w:rsidR="00764A81" w:rsidRPr="00FA791C" w:rsidRDefault="00000000">
      <w:pPr>
        <w:spacing w:after="140"/>
        <w:jc w:val="both"/>
        <w:rPr>
          <w:lang w:val="es-CO"/>
        </w:rPr>
      </w:pPr>
      <w:r w:rsidRPr="00FA791C">
        <w:rPr>
          <w:sz w:val="20"/>
          <w:lang w:val="es-CO"/>
        </w:rPr>
        <w:t>La institución autoriza a Cooprofesores a contactar a la persona firmante o a la dependencia correspondiente únicamente para verificar la información relacionada con este aval y con el proyecto postulado</w:t>
      </w:r>
      <w:r w:rsidR="00FA791C">
        <w:rPr>
          <w:sz w:val="20"/>
          <w:lang w:val="es-CO"/>
        </w:rPr>
        <w:t>, en caso de ser necesario</w:t>
      </w:r>
      <w:r w:rsidRPr="00FA791C">
        <w:rPr>
          <w:sz w:val="20"/>
          <w:lang w:val="es-CO"/>
        </w:rPr>
        <w:t>.</w:t>
      </w:r>
    </w:p>
    <w:p w14:paraId="36F252D7" w14:textId="5CB4308F" w:rsidR="00764A81" w:rsidRPr="00FA791C" w:rsidRDefault="00000000">
      <w:pPr>
        <w:spacing w:after="140"/>
        <w:jc w:val="both"/>
        <w:rPr>
          <w:lang w:val="es-CO"/>
        </w:rPr>
      </w:pPr>
      <w:r w:rsidRPr="00FA791C">
        <w:rPr>
          <w:sz w:val="20"/>
          <w:lang w:val="es-CO"/>
        </w:rPr>
        <w:t>La firma de este aval no implica la nominación o selección del proyecto. La evaluación, nominación, votación, reconocimiento y demás decisiones del programa estarán sujetas a los términos y condiciones de Búho de Diamante 2026 definidos por Cooprofesores.</w:t>
      </w:r>
    </w:p>
    <w:p w14:paraId="0960CC5D" w14:textId="77777777" w:rsidR="00764A81" w:rsidRDefault="00000000">
      <w:pPr>
        <w:spacing w:after="280"/>
      </w:pPr>
      <w:proofErr w:type="spellStart"/>
      <w:r>
        <w:t>Atentamente</w:t>
      </w:r>
      <w:proofErr w:type="spellEnd"/>
      <w:r>
        <w:t>,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7704"/>
      </w:tblGrid>
      <w:tr w:rsidR="00764A81" w14:paraId="235B6D27" w14:textId="77777777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18CBF7C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20"/>
              </w:rPr>
              <w:t>Firma: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6F9ADE9F" w14:textId="77777777" w:rsidR="00764A81" w:rsidRDefault="00000000">
            <w:pPr>
              <w:spacing w:before="40" w:after="40"/>
            </w:pPr>
            <w:r>
              <w:rPr>
                <w:sz w:val="20"/>
              </w:rPr>
              <w:t>_________________________________________________________________</w:t>
            </w:r>
          </w:p>
        </w:tc>
      </w:tr>
      <w:tr w:rsidR="00764A81" w14:paraId="64DB02C0" w14:textId="77777777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5774085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20"/>
              </w:rPr>
              <w:t>Nombre: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4AF2EF81" w14:textId="77777777" w:rsidR="00764A81" w:rsidRDefault="00000000">
            <w:pPr>
              <w:spacing w:before="40" w:after="40"/>
            </w:pPr>
            <w:r>
              <w:rPr>
                <w:sz w:val="20"/>
              </w:rPr>
              <w:t>_________________________________________________________________</w:t>
            </w:r>
          </w:p>
        </w:tc>
      </w:tr>
      <w:tr w:rsidR="00764A81" w14:paraId="6D5146F4" w14:textId="77777777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1056641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20"/>
              </w:rPr>
              <w:t>Correo de contacto: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073091AD" w14:textId="77777777" w:rsidR="00764A81" w:rsidRDefault="00000000">
            <w:pPr>
              <w:spacing w:before="40" w:after="40"/>
            </w:pPr>
            <w:r>
              <w:rPr>
                <w:sz w:val="20"/>
              </w:rPr>
              <w:t>_________________________________________________________________</w:t>
            </w:r>
          </w:p>
        </w:tc>
      </w:tr>
      <w:tr w:rsidR="00764A81" w14:paraId="0441D4DC" w14:textId="77777777"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1BE5D1" w14:textId="77777777" w:rsidR="00764A81" w:rsidRDefault="00000000">
            <w:pPr>
              <w:spacing w:before="40" w:after="40"/>
            </w:pPr>
            <w:r>
              <w:rPr>
                <w:b/>
                <w:color w:val="004C77"/>
                <w:sz w:val="20"/>
              </w:rPr>
              <w:t>Teléfono de contacto:</w:t>
            </w:r>
          </w:p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14:paraId="634C6169" w14:textId="77777777" w:rsidR="00764A81" w:rsidRDefault="00000000">
            <w:pPr>
              <w:spacing w:before="40" w:after="40"/>
            </w:pPr>
            <w:r>
              <w:rPr>
                <w:sz w:val="20"/>
              </w:rPr>
              <w:t>_________________________________________________________________</w:t>
            </w:r>
          </w:p>
        </w:tc>
      </w:tr>
    </w:tbl>
    <w:p w14:paraId="6C8FBBFC" w14:textId="77777777" w:rsidR="00764A81" w:rsidRPr="00FA791C" w:rsidRDefault="00000000">
      <w:pPr>
        <w:spacing w:before="120" w:after="0"/>
        <w:rPr>
          <w:lang w:val="es-CO"/>
        </w:rPr>
      </w:pPr>
      <w:r w:rsidRPr="00FA791C">
        <w:rPr>
          <w:b/>
          <w:color w:val="004C77"/>
          <w:sz w:val="17"/>
          <w:lang w:val="es-CO"/>
        </w:rPr>
        <w:t xml:space="preserve">Nota: </w:t>
      </w:r>
      <w:r w:rsidRPr="00FA791C">
        <w:rPr>
          <w:i/>
          <w:color w:val="5A5A5A"/>
          <w:sz w:val="17"/>
          <w:lang w:val="es-CO"/>
        </w:rPr>
        <w:t>La institución podrá emitir el aval en su propio formato, siempre que confirme que conoce o respalda el proyecto y que identifica al asociado líder.</w:t>
      </w:r>
    </w:p>
    <w:sectPr w:rsidR="00764A81" w:rsidRPr="00FA791C" w:rsidSect="00034616">
      <w:footerReference w:type="default" r:id="rId8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CA263" w14:textId="77777777" w:rsidR="00D32BB8" w:rsidRDefault="00D32BB8">
      <w:pPr>
        <w:spacing w:after="0" w:line="240" w:lineRule="auto"/>
      </w:pPr>
      <w:r>
        <w:separator/>
      </w:r>
    </w:p>
  </w:endnote>
  <w:endnote w:type="continuationSeparator" w:id="0">
    <w:p w14:paraId="0D18AC84" w14:textId="77777777" w:rsidR="00D32BB8" w:rsidRDefault="00D3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222C" w14:textId="77777777" w:rsidR="00764A81" w:rsidRPr="00FA791C" w:rsidRDefault="00000000">
    <w:pPr>
      <w:pStyle w:val="Piedepgina"/>
      <w:jc w:val="center"/>
      <w:rPr>
        <w:lang w:val="es-CO"/>
      </w:rPr>
    </w:pPr>
    <w:r w:rsidRPr="00FA791C">
      <w:rPr>
        <w:color w:val="6E6E6E"/>
        <w:sz w:val="16"/>
        <w:lang w:val="es-CO"/>
      </w:rPr>
      <w:t>Búho de Diamante 2026 - Reconocimiento Cooprofesores al Impacto Educativo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D136C" w14:textId="77777777" w:rsidR="00D32BB8" w:rsidRDefault="00D32BB8">
      <w:pPr>
        <w:spacing w:after="0" w:line="240" w:lineRule="auto"/>
      </w:pPr>
      <w:r>
        <w:separator/>
      </w:r>
    </w:p>
  </w:footnote>
  <w:footnote w:type="continuationSeparator" w:id="0">
    <w:p w14:paraId="4901C0EA" w14:textId="77777777" w:rsidR="00D32BB8" w:rsidRDefault="00D32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2543326">
    <w:abstractNumId w:val="8"/>
  </w:num>
  <w:num w:numId="2" w16cid:durableId="1862737519">
    <w:abstractNumId w:val="6"/>
  </w:num>
  <w:num w:numId="3" w16cid:durableId="565800304">
    <w:abstractNumId w:val="5"/>
  </w:num>
  <w:num w:numId="4" w16cid:durableId="2106727020">
    <w:abstractNumId w:val="4"/>
  </w:num>
  <w:num w:numId="5" w16cid:durableId="1989937484">
    <w:abstractNumId w:val="7"/>
  </w:num>
  <w:num w:numId="6" w16cid:durableId="1293098796">
    <w:abstractNumId w:val="3"/>
  </w:num>
  <w:num w:numId="7" w16cid:durableId="1183401679">
    <w:abstractNumId w:val="2"/>
  </w:num>
  <w:num w:numId="8" w16cid:durableId="707527113">
    <w:abstractNumId w:val="1"/>
  </w:num>
  <w:num w:numId="9" w16cid:durableId="1133401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64A81"/>
    <w:rsid w:val="00866E15"/>
    <w:rsid w:val="00AA1D8D"/>
    <w:rsid w:val="00B47730"/>
    <w:rsid w:val="00CB0664"/>
    <w:rsid w:val="00D32BB8"/>
    <w:rsid w:val="00FA79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86CA8"/>
  <w14:defaultImageDpi w14:val="300"/>
  <w15:docId w15:val="{95EECE72-8C19-472F-9AF6-42881CAE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color w:val="1F2F43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1959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Geoffrey Gustavo Teran Tobar</cp:lastModifiedBy>
  <cp:revision>2</cp:revision>
  <dcterms:created xsi:type="dcterms:W3CDTF">2026-08-04T21:53:00Z</dcterms:created>
  <dcterms:modified xsi:type="dcterms:W3CDTF">2026-08-04T21:53:00Z</dcterms:modified>
  <cp:category/>
</cp:coreProperties>
</file>